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i/>
          <w:color w:val="256FA8"/>
        </w:rPr>
        <w:t>[Prénom NOM]</w:t>
      </w:r>
    </w:p>
    <w:p>
      <w:pPr>
        <w:spacing w:after="0"/>
      </w:pPr>
      <w:r>
        <w:rPr>
          <w:i/>
          <w:color w:val="256FA8"/>
        </w:rPr>
        <w:t>[Résidence, lot n°]</w:t>
      </w:r>
    </w:p>
    <w:p>
      <w:pPr>
        <w:spacing w:after="0"/>
      </w:pPr>
      <w:r>
        <w:rPr>
          <w:i/>
          <w:color w:val="256FA8"/>
        </w:rPr>
        <w:t>[Adresse]</w:t>
      </w:r>
    </w:p>
    <w:p>
      <w:pPr>
        <w:spacing w:after="280"/>
      </w:pPr>
      <w:r>
        <w:rPr>
          <w:i/>
          <w:color w:val="256FA8"/>
        </w:rPr>
        <w:t>[Téléphone · e-mail]</w:t>
      </w:r>
    </w:p>
    <w:p>
      <w:pPr>
        <w:spacing w:after="0"/>
      </w:pPr>
      <w:r>
        <w:t xml:space="preserve">À l'attention du syndic : </w:t>
      </w:r>
      <w:r>
        <w:rPr>
          <w:i/>
          <w:color w:val="256FA8"/>
        </w:rPr>
        <w:t>[nom du cabinet]</w:t>
      </w:r>
    </w:p>
    <w:p>
      <w:pPr>
        <w:spacing w:after="280"/>
      </w:pPr>
      <w:r>
        <w:rPr>
          <w:i/>
          <w:color w:val="256FA8"/>
        </w:rPr>
        <w:t>[Adresse du syndic]</w:t>
      </w:r>
    </w:p>
    <w:p>
      <w:pPr>
        <w:spacing w:after="280"/>
        <w:jc w:val="right"/>
      </w:pPr>
      <w:r>
        <w:t xml:space="preserve">Fait à </w:t>
      </w:r>
      <w:r>
        <w:rPr>
          <w:i/>
          <w:color w:val="256FA8"/>
        </w:rPr>
        <w:t>[ville]</w:t>
      </w:r>
      <w:r>
        <w:t xml:space="preserve">, le </w:t>
      </w:r>
      <w:r>
        <w:rPr>
          <w:i/>
          <w:color w:val="256FA8"/>
        </w:rPr>
        <w:t>[date]</w:t>
      </w:r>
    </w:p>
    <w:p>
      <w:pPr>
        <w:spacing w:after="80"/>
      </w:pPr>
      <w:r>
        <w:rPr>
          <w:i/>
        </w:rPr>
        <w:t>Lettre recommandée avec accusé de réception</w:t>
      </w:r>
    </w:p>
    <w:p>
      <w:pPr>
        <w:spacing w:after="240"/>
      </w:pPr>
      <w:r>
        <w:rPr>
          <w:b/>
          <w:color w:val="231F20"/>
        </w:rPr>
        <w:t>Objet : demande d'inscription à l'ordre du jour de la prochaine assemblée générale — autorisation d'installer un climatiseur réversible</w:t>
      </w:r>
    </w:p>
    <w:p>
      <w:pPr>
        <w:spacing w:after="120"/>
      </w:pPr>
      <w:r>
        <w:rPr>
          <w:b w:val="0"/>
          <w:i w:val="0"/>
        </w:rPr>
        <w:t>Madame, Monsieur,</w:t>
      </w:r>
    </w:p>
    <w:p>
      <w:pPr>
        <w:spacing w:after="120"/>
      </w:pPr>
      <w:r>
        <w:t xml:space="preserve">Propriétaire du lot </w:t>
      </w:r>
      <w:r>
        <w:rPr>
          <w:i/>
          <w:color w:val="256FA8"/>
        </w:rPr>
        <w:t>[n°]</w:t>
      </w:r>
      <w:r>
        <w:t xml:space="preserve"> de la résidence </w:t>
      </w:r>
      <w:r>
        <w:rPr>
          <w:i/>
          <w:color w:val="256FA8"/>
        </w:rPr>
        <w:t>[nom de la résidence]</w:t>
      </w:r>
      <w:r>
        <w:t xml:space="preserve">, je souhaite faire installer dans mon logement un système de climatisation réversible (pompe à chaleur air/air). L'unité extérieure serait implantée </w:t>
      </w:r>
      <w:r>
        <w:rPr>
          <w:i/>
          <w:color w:val="256FA8"/>
        </w:rPr>
        <w:t>[emplacement : au sol du balcon, contre le mur de façade, sur plots anti-vibratiles…]</w:t>
      </w:r>
      <w:r>
        <w:t>.</w:t>
      </w:r>
    </w:p>
    <w:p>
      <w:pPr>
        <w:spacing w:after="120"/>
      </w:pPr>
      <w:r>
        <w:t xml:space="preserve">Je vous demande de bien vouloir inscrire à l'ordre du jour de la prochaine assemblée générale l'autorisation de ces travaux, sur la base du dossier ci-joint établi par l'entreprise </w:t>
      </w:r>
      <w:r>
        <w:rPr>
          <w:i/>
          <w:color w:val="256FA8"/>
        </w:rPr>
        <w:t>[nom de l'installateur]</w:t>
      </w:r>
      <w:r>
        <w:t>. Ce dossier précise l'implantation et la consistance des travaux, le niveau sonore de l'appareil, l'évacuation des condensats et les garanties de l'installateur (certification fluides frigorigènes, assurance décennale).</w:t>
      </w:r>
    </w:p>
    <w:p>
      <w:pPr>
        <w:spacing w:after="120"/>
      </w:pPr>
      <w:r>
        <w:rPr>
          <w:b w:val="0"/>
          <w:i w:val="0"/>
        </w:rPr>
        <w:t>Je reste à votre disposition, ainsi que l'entreprise, pour toute précision utile au conseil syndical, et pour présenter le projet lors de l'assemblée si vous le jugez nécessaire.</w:t>
      </w:r>
    </w:p>
    <w:p>
      <w:pPr>
        <w:spacing w:after="480"/>
      </w:pPr>
      <w:r>
        <w:rPr>
          <w:b w:val="0"/>
          <w:i w:val="0"/>
        </w:rPr>
        <w:t>Je vous prie d'agréer, Madame, Monsieur, l'expression de mes salutations distinguées.</w:t>
      </w:r>
    </w:p>
    <w:p>
      <w:pPr>
        <w:spacing w:after="0"/>
      </w:pPr>
      <w:r>
        <w:rPr>
          <w:i/>
          <w:color w:val="256FA8"/>
        </w:rPr>
        <w:t>[Prénom NOM]</w:t>
      </w:r>
    </w:p>
    <w:p>
      <w:pPr>
        <w:spacing w:after="600"/>
      </w:pPr>
      <w:r>
        <w:rPr>
          <w:b w:val="0"/>
          <w:i w:val="0"/>
        </w:rPr>
        <w:t>Signature :</w:t>
      </w:r>
    </w:p>
    <w:p>
      <w:pPr>
        <w:spacing w:after="0"/>
      </w:pPr>
      <w:r>
        <w:rPr>
          <w:b/>
        </w:rPr>
        <w:t xml:space="preserve">Pièce jointe : </w:t>
      </w:r>
      <w:r>
        <w:t>dossier de présentation des travaux (implantation, matériel, niveau sonore, condensats, photos avant / après, garanties de l'installateur).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6"/>
      </w:rPr>
      <w:t>Modèle de lettre proposé par CholetClim — choletclim.fr/copropriete/ — à adapter librement et à envoyer au syndic en lettre recommandée avec accusé de réception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152000" cy="186525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couleu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1865250"/>
                  </a:xfrm>
                  <a:prstGeom prst="rect"/>
                </pic:spPr>
              </pic:pic>
            </a:graphicData>
          </a:graphic>
        </wp:inline>
      </w:drawing>
    </w:r>
  </w:p>
  <w:p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style="position:absolute;margin-left:0;margin-top:0;width:311.8pt;height:323.2pt;z-index:-251657216;mso-position-horizontal:center;mso-position-horizontal-relative:page;mso-position-vertical:center;mso-position-vertical-relative:page" o:allowincell="f">
          <v:imagedata r:id="rId2" o:title="filigrane CholetClim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33415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 au syndic — autorisation d'installer un climatiseur réversible</dc:title>
  <dc:subject>Demande d'inscription à l'ordre du jour de l'assemblée générale</dc:subject>
  <dc:creator>CholetClim — BAKOU SAS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